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השחקן/ית הדמיוני/ת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העמדות השונות במשחק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על דמות מומצאת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 השוער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החלוץ מנסה לכבוש שערים, לא לשמור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של המגן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עמדה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(עוצר את הקבוצה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(מנסה לכבוש שערים)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את הכרטיס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לשחקן הדמיוני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עמדה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ממציאים כוח קסם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צבע לנעליים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שם, עמדה אחת מתוך השוער/מגן/קשר/חלוץ, וכוח קסם מתאים לדמיון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שוער, מגן, קשר, חלוץ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שם, עמדה, כוח קסם, צבע נעליים, מעשה טוב ומשפט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שמות העמדות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לצייר את השחקן הדמיוני לצד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השחקן/ית הדמיוני/ת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ממציאים יחד שחקנית או שחקן כדורגל דמיוני, ולומדים על העמדות השונות במגרש.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שוער  ·  חלוץ  ·  מגן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שומר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תפקידו לכבוש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משחקים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בספרייה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השוער עומד בשער ושומר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החלוץ שומר על השער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המגן עוזר לעצור את הקבוצה היריבה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עומד בשער ושומר שלא יכניסו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מנסה לכבוש שערים בשביל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עוזר להגן ולעצור את הקבוצה היריבה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עמדה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מנסה לכבוש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עוצר את הקבוצה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מחבר בין הגנה להתקפה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בונים את הכרטיס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עמדה במגרש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ממציאים כוח קסם מיוחד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צבע לנעליים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שם לשחקן הדמיוני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וכתבו על השחקן או השחקנית הדמיוניים שלכם: מה השם, מה העמדה, ומה כוח הקסם שלהם במגרש?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ארבע העמדות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מהשחקנים שומר על השער?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השחקן/ית הדמיוני/ת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