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העמדות השונות במשחק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יצירתית על דמות מומצאת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בדיוק תפקיד השוער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החלוץ מנסה לכבוש שערים, לא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תפקידו של המגן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מבקש להמציא שחקן דמיוני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הפרטים בכרטיס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(שומר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(עוצר את הקבוצה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(מחבר בין 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(מנסה לכבוש שערים)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בונים את הכרטיס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לשחקן הדמיוני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עמדה במגרש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ממציאים כוח קסם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צבע לנעליים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מה השחקן אומר לחברים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שם, עמדה אחת מתוך השוער/מגן/קשר/חלוץ, וכוח קסם מתאים לדמיון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שוער, מגן, קשר, חלוץ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עמדה, כוח קסם, צבע נעליים, מעשה טוב ומשפט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שמות העמדות בקול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לצייר את השחקן הדמיוני לצד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השחקן/ית הדמיוני/ת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בונים שחקן כדורגל מהדמיון. לומדים מילים על כדורגל.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שׁוֹעֵר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שעומד בשער ושומר שלא יכניסו 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מָגֵן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לעצור את הקבוצה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קַשָּׁר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שמחבר בין ההגנה להתקפה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חָלוּץ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שתפקידו לכבוש שערים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מִגְרָשׁ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שבו משחקים כדורגל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גּוֹל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שנכנס לשער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קְבוּצָה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חבורת שחקנים ששחקים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כֹּחַ קֶסֶם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יכולת מיוחדת ומדומיינת שיש לשחקן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עומד בשער?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מבקיע גול?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באמצע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משחקים את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במגרש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במטבח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לזה כשהכדור נכנס?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פנדל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מגרש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השוער עומד בשער ושומר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החלוץ שומר על השער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המגן עוזר לעצור את הקבוצה היריבה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שחקן בדף הזה הוא שחקן אמיתי ומפורסם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בכרטיס השחקן כותבים גם מה צבע הנעליים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עומד בשער ושומר שלא יכניסו 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מנסה לכבוש שערים בשביל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עוזר להגן ולעצור את הקבוצה היריבה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כדור שנכנס לשער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המשחק מתקיים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עוצר את הקבוצה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מנסה לכבוש שערים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מחבר בין 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בונים את הכרטיס שלי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עמדה במגרש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צבע לנעליים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שם לשחקן הדמיוני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מה השחקן אומר לחברים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ממציאים כוח קסם מיוחד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ציירו וכתבו על השחקן או השחקנית הדמיוניים שלכם: מה השם, מה העמדה, ומה כוח הקסם שלהם במגרש?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העמדות במשחק כדורגל?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מהשחקנים שומר על השער?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כותבים בכרטיס של שחקן דמיוני?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השחקן/ית הדמיוני/ת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