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החלוץ מנסה לכבוש שערים, לא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מבקש להמציא שחקן דמיוני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הפרטים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(מנסה לכבוש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את הכרטיס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לשחקן הדמיוני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עמדה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ממציאים כוח קסם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צבע לנעליים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מה השחקן אומר לחברים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שם, עמדה אחת מתוך השוער/מגן/קשר/חלוץ, וכוח קסם מתאים לדמיון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שוער, מגן, קשר,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עמדה, כוח קסם, צבע נעליים, מעשה טוב ומשפט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שמות העמדות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לצייר את השחקן הדמיוני לצד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ממציאים יחד שחקנית או שחקן כדורגל דמיוני, ולומדים על העמדות השונות במגרש.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תפקידו לכבוש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מחבר בין ההגנה להתקפה?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כדור שנכנס לשער 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עומד בשער ושומר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החלוץ שומר על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המגן עוזר לעצור את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בדף הזה הוא שחקן אמיתי ומפורסם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השחקן כותבים גם מה צבע הנעליים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בשער ושומר שלא יכניסו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מנסה לכבוש שערים בשביל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עוזר להגן ולעצור את הקבוצה היריבה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כדור שנכנס לשער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מתקיים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 את הקבוצה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את הכרטיס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עמדה במגרש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לנעליים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השחקן אומר לחברים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ממציאים כוח קסם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לשחקן הדמיוני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 על השחקן או השחקנית הדמיוניים שלכם: מה השם, מה העמדה, ומה כוח הקסם שלהם במגרש?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העמדות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מהשחקנים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של שחקן דמיוני?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